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Dok je pisao knjigu protiv Islama, postao je musliman! - Priča o Joramu Van Klaverenu</w:t>
      </w:r>
    </w:p>
    <w:p>
      <w:r>
        <w:rPr>
          <w:b/>
        </w:rPr>
        <w:t xml:space="preserve">Govornik: </w:t>
      </w:r>
      <w:r>
        <w:t>Jorama Van Klaverena</w:t>
      </w:r>
    </w:p>
    <w:p>
      <w:r>
        <w:rPr>
          <w:b/>
        </w:rPr>
        <w:t xml:space="preserve">Izvor: </w:t>
      </w:r>
      <w:r>
        <w:rPr>
          <w:color w:val="0F766E"/>
        </w:rPr>
        <w:t>https://minbarlive.com/videos/hr/dok-je-pisao-knjigu-protiv-islama-postao-je-musliman-prica-o-joramu-van-klaveren</w:t>
      </w:r>
    </w:p>
    <w:p/>
    <w:p>
      <w:r>
        <w:rPr>
          <w:i/>
        </w:rPr>
        <w:t>Joram van Klaveren, bivši nizozemski antiislamski političar i protestantski aktivist, opisuje svoju transformaciju u muslimana kroz rigorozno teološko istraživanje, akademsku korespondenciju s islamskim učiteljima i dubok susret s karakterom Poslanika Muhammeda ﷺ, što ga je na kraju dovelo do prihvaćanja islamskog monoteizma i poslanstva.</w:t>
      </w:r>
    </w:p>
    <w:p/>
    <w:p>
      <w:r>
        <w:rPr>
          <w:b/>
        </w:rPr>
        <w:t>Sažetak</w:t>
      </w:r>
    </w:p>
    <w:p>
      <w:r>
        <w:t>Ova svjedočanstva dokumentira potpuni duhovni i ideološki preokret Jorama van Klaverena—od političara Nizozemske Slobodne stranke i glasnog kritičara Islama do praktičnog muslimana. Rođen u obitelji protestantske reformirane crkve i radikaliziran protiv Islama nakon 11. rujna i ubojstva filmaša Thea van Gogha, van Klaveren je odlučio napisati antimuslimansku knjigu iz kršćanske perspektive. Kada je počeo uspoređivati kršćansku i islamsku teologiju, njegovi potisnuti sumnje o Trojstvu ponovno su se pojavili kada se suočio s islamskim pojmom Tawhid (jedinstvo Boga). Vođen korespondencijom s islamskim učenjakom Sheikhom Abdul Hakimom Muradom iz Cambridgea, van Klaveren poduzima sustavno proučavanje islamskih izvora uz kršćanske tekstove. Njegov susret s biografijom Poslanika Muhammeda ﷺ Martina Lingsa, a posebno priča o Poslanikovom oprostu prema Hinda—koji je orchestrirao smrt njegovog voljenog ujaka Hamze—uvjerava ga u Poslanikovu misiju. Nakon što je interno prihvatio šehadet, ajet (22:46) o slijepilu srca umjesto očiju potvrđuje njegovu odluku. Van Klaveren detaljno opisuje mješovite reakcije svoje obitelji, svoja rana iskustva s islamskom molitvom, izazove odgajanja djece u dvije vjerske tradicije i svoju duboku žaljenje zbog izjava koje su Islam nazivale 'lažju' i 'otrovom.' Sada vodi Islamski centar iskustava, koristeći virtualnu stvarnost kako bi se suprotstavio zabludama o Islamu u europskim školama i institucijama.</w:t>
      </w:r>
    </w:p>
    <w:p/>
    <w:p>
      <w:r>
        <w:rPr>
          <w:b/>
        </w:rPr>
        <w:t>Ključne poruke</w:t>
      </w:r>
    </w:p>
    <w:p>
      <w:pPr>
        <w:pStyle w:val="ListBullet"/>
      </w:pPr>
      <w:r>
        <w:t>Preobraćenje van Klaverena bilo je potaknuto logičkim i teološkim nesuglasicama u kršćanskoj doktrini—posebno Trojstvom—koje su postale očite u usporedbi s islamskim monoteizmom i afirmacijama Božje jedinstvenosti u Starom zavjetu (Kur'an 22:46).</w:t>
      </w:r>
    </w:p>
    <w:p>
      <w:pPr>
        <w:pStyle w:val="ListBullet"/>
      </w:pPr>
      <w:r>
        <w:t>Metodološki pristup religijskom proučavanju pokazao se ključnim: čitanje islamskih izvora koje su napisali muslimanski učenjaci umjesto ne-muslimanskih polemičara otkrilo je kako su iskrivljenja islama uvedena kroz pogrešne prijevode, izostavljanje i pogrešno predstavljanje.</w:t>
      </w:r>
    </w:p>
    <w:p>
      <w:pPr>
        <w:pStyle w:val="ListBullet"/>
      </w:pPr>
      <w:r>
        <w:t>Karakter i primjer Poslanika Muhammeda ﷺ—posebno priča o njegovom oprostu Hindskoj, koja je organizirala smrt njegovog ujaka Hamze—postali su odlučujući trenutak koji je potvrdio njegov poslanstvo u umu van Klaverena.</w:t>
      </w:r>
    </w:p>
    <w:p>
      <w:pPr>
        <w:pStyle w:val="ListBullet"/>
      </w:pPr>
      <w:r>
        <w:t>Van Klaveren je doživio trenutak vođen Božjom rukom kada je padajući Kur'an otvoren na Suru 22, stih 46 ('Nisu oči te koje su slijepes, nego srca'), što je shvatio kao obraćanje otporu svog ega unatoč intelektualnoj uvjerenosti.</w:t>
      </w:r>
    </w:p>
    <w:p>
      <w:pPr>
        <w:pStyle w:val="ListBullet"/>
      </w:pPr>
      <w:r>
        <w:t>Preobraćenje je donijelo teške društvene posljedice—više od dvije tisuće prijetnji smrću od bivših političkih podržavatelja, obiteljsku traumu i komplikacije u zapošljavanju—no van Klaveren opisuje kako je pronašao veću mir, sigurnost i duhovno ispunjenje kao musliman nego u svojoj prethodnoj vjeri.</w:t>
      </w:r>
    </w:p>
    <w:p>
      <w:pPr>
        <w:pStyle w:val="ListBullet"/>
      </w:pPr>
      <w:r>
        <w:t>Pet dnevnih molitvi transformiralo je van Klaverenu svijest o njegovom odnosu s njegovim Stvoriteljem na način na koji kršćanska praksa nije, stvarajući stalnu budnost prema božanskoj prisutnosti i odgovornosti.</w:t>
      </w:r>
    </w:p>
    <w:p>
      <w:pPr>
        <w:pStyle w:val="ListBullet"/>
      </w:pPr>
      <w:r>
        <w:t>Van Klaveren sada se protivi vlastitim prošlim izjavama osnivanjem Islamskog centra iskustava, koristeći virtualnu stvarnost i angažman s obrazovnim institucijama kako bi suprotstavio zabludama i predstavio islam autentično, umjesto kako ga je nekada karikirao.</w:t>
      </w:r>
    </w:p>
    <w:p/>
    <w:p>
      <w:r>
        <w:rPr>
          <w:b/>
        </w:rPr>
        <w:t>Članak</w:t>
      </w:r>
    </w:p>
    <w:p>
      <w:r>
        <w:rPr>
          <w:b/>
          <w:color w:val="0F766E"/>
          <w:sz w:val="26"/>
        </w:rPr>
        <w:t>Pozadina i rani život</w:t>
      </w:r>
    </w:p>
    <w:p/>
    <w:p>
      <w:r>
        <w:t>Joram van Klaveren rođen je 20. siječnja 1979. u Amsterdamu u običnoj obitelji koja se sastojala od oca, majke, dva brata, mlađe sestre i mačke. Rođen je i odrastao u Amsterdamu u praktičnoj protestantskoj obitelji iz Reformirane crkve. Obitelj je čitala Bibliju, dala su svim djeci biblijska imena, krstila ih i redovito odlazila u crkvu. Nakon završene srednje škole, van Klaveren je studirao komparativnu religiju i radio kao učitelj nekoliko godina.</w:t>
      </w:r>
    </w:p>
    <w:p/>
    <w:p>
      <w:r>
        <w:rPr>
          <w:b/>
          <w:color w:val="0F766E"/>
          <w:sz w:val="26"/>
        </w:rPr>
        <w:t>Put do političkog aktivizma</w:t>
      </w:r>
    </w:p>
    <w:p/>
    <w:p>
      <w:r>
        <w:t>Prekretnica u van Klaverenovom životu dogodila se 11. rujna 2001.—na isti dan kada je započeo studij komparativne religije. Napadi su ojačali uvjerenje koje se već formiralo u njegovom umu: smatrao je da su muslimani "malo ludi" i da islam nije istina. Nekoliko godina kasnije, ubojstvo Teoa van Goga, poznatog nizozemskog redatelja koji je ubijen i gotovo odrubljene glave na ulici nožem s prijetećom porukom, dodatno je učvrstilo van Klaverenovo antiislamsko osjećanje. Ova tragedija motivirala ga je da postane politički aktivan. Pridružio se Slobodnoj stranci, a na kraju je postao član Parlamenta. Njegovo političko angažiranje bilo je potpuno vođeno brigom o islamu, koji je smatrao opasnošću za zemlju.</w:t>
      </w:r>
    </w:p>
    <w:p/>
    <w:p>
      <w:r>
        <w:rPr>
          <w:b/>
          <w:color w:val="0F766E"/>
          <w:sz w:val="26"/>
        </w:rPr>
        <w:t>Kršćanska vjera i teološke sumnje</w:t>
      </w:r>
    </w:p>
    <w:p/>
    <w:p>
      <w:r>
        <w:t>Prije nego što je postao musliman, van Klaveren je bio protestantski kršćanin iz Reformirane crkve. Vjerovao je u Stvoritelja, raj, pakao, anđele i objave. Kao i drugi kršćani, vjerovao je da je Isus Krist Sin Božji—ili filozofski, da je Isus sam Bog. Također je vjerovao u uskrsnuće i raspeće Krista te u pomirenje. Međutim, čak i u mladosti, oko šesnaest ili sedamnaest godina, van Klaveren je počeo preispitivati kršćanske teološke koncepte. Trojstvo, posebno, logički ga je mučilo. Razmišljao je da ako je Bog vječan, kako piše u Bibliji, tada Bog ne može umrijeti i istovremeno ostati vječan ili besmrtnik. Kada je razgovarao s mnogim svećenicima, propovjednicima i čak rabinima o tim kontradikcijama, njihovi odgovori nisu ga zadovoljili. Umjesto da razriješi svoje sumnje, van Klaveren je odlučio ostaviti ih po strani, govoreći sebi da možda nije dovoljno pametan da shvati cijelu sliku, i nastavio je vjerovati u Boga i u Isusa kao važnu osobu i Sina Božjega, ostavljajući složenosti kršćanske doktrine neispitane.</w:t>
      </w:r>
    </w:p>
    <w:p/>
    <w:p>
      <w:r>
        <w:rPr>
          <w:b/>
          <w:color w:val="0F766E"/>
          <w:sz w:val="26"/>
        </w:rPr>
        <w:t>Motivacija za pisanje antiislamske knjige</w:t>
      </w:r>
    </w:p>
    <w:p/>
    <w:p>
      <w:r>
        <w:t>Van Klaverenov prvotni plan bio je napisati knjigu koja bi ljudima objasnila zašto je islam opasnost za svijet. Iako su mnogi pretpostavili da će to biti politička knjiga, zapravo je to bila religijska knjiga napisana iz kršćanske perspektive. Njegov cilj bio je pokazati zašto islam predstavlja prijetnju kao religija. Međutim, dok je počeo pisati i uspoređivati kršćanske i islamske koncepte Boga, sumnje koje je potisnuo o kršćanstvu ponovno su se pojavile. Kada je ispitao islamski koncept Tawhida—jedinstvo Boga—otkrio je da je logički koherentniji od kršćanskog Trojstva. To ga je potaknulo da pažljivo ponovno pročita Bibliju. U Starom zavjetu primijetio je da su proroci neprekidno naglašavali "jedan Bog, jedan Bog, jedan Bog." Kada se okrenuo Novom zavjetu i pročitao priču o čovjeku koji je pitao Isusa što je najvažnije u životu i kako dobiti raj, Isus je odgovorio s dvije stvari: "Slušaj, o Izraele, tvoj Bog je jedan" i "Postupaj prema svom bližnjem kao što želiš da se postupa prema tebi." Van Klaveren je shvatio da čak i Isus Krist potvrđuje jedinstvo Boga, što se više usklađuje s islamskim konceptom nego s kršćanskom trojstvenom teologijom kakvu podučava crkva.</w:t>
      </w:r>
    </w:p>
    <w:p/>
    <w:p>
      <w:r>
        <w:rPr>
          <w:b/>
          <w:color w:val="0F766E"/>
          <w:sz w:val="26"/>
        </w:rPr>
        <w:t>Istraživanje i akademska korespondencija</w:t>
      </w:r>
    </w:p>
    <w:p/>
    <w:p>
      <w:r>
        <w:t>Nakon tjedana i tjedana studija, ponovnog čitanja brojnih knjiga i religijskih tekstova, van Klaveren je počeo razmišljati da je možda jedinstvo Boga doista istinito. Obratio se nekoliko autoritetima o religijskim pitanjima kako bi mu pomogli u istraživanju. Jedan od njegovih korespondenta bio je šeik Abdul Hakim Murad, profesor s Cambridge University. Bilo je neobično da nizozemski političar koji piše antiislamsku knjigu traži pomoć od muslimanskog učenjaka, ali van Klaveren je bio izravan u vezi sa svojim ciljem. Pitao je Murada zašto islam promiče terorizam, zašto je antiženski, antikrščanski i protiv raznih drugih vrijednosti. Nakon otprilike šest tjedana, Murad je poslao opsežan email koji se bavio mnogim van Klaverenovim pitanjima i preporučio određene članke, knjige i druge učenjake za konzultaciju.</w:t>
      </w:r>
    </w:p>
    <w:p/>
    <w:p>
      <w:r>
        <w:t>Jedan od najvrednijih Muradovih savjeta bio je metodološki: istaknuo je da su knjige protiv Islama pisali nemuslimani, a ako netko želi razumjeti kršćanstvo, trebao bi čitati knjige koje su napisali kršćani objašnjavajući svoja uvjerenja i razloge, a ne knjige ateista. Stoga, da bi pravilno razumio Islam, van Klaveren trebao bi čitati islamske knjige koje su napisali islamski učitelji i učenjaci. Na taj način, uspoređujući knjige na iste teme od muslimanskih i nemuslimanskih autora, mogao bi uočiti gdje su nemuslimanski izvori pogriješili, pogrešno preveli riječi, dodali ili izostavili informacije, ponekad namjerno, ali često jednostavno zbog nedostatka znanja. Van Klaveren je slijedio ovaj savjet i otkrio da su te razlike u suštini stvorile iskrivljenu verziju Islama u umovima vanjskih promatrača.</w:t>
      </w:r>
    </w:p>
    <w:p/>
    <w:p>
      <w:r>
        <w:rPr>
          <w:b/>
          <w:color w:val="0F766E"/>
          <w:sz w:val="26"/>
        </w:rPr>
        <w:t>Ponovno procjenjivanje Poslanika Muhammeda</w:t>
      </w:r>
    </w:p>
    <w:p/>
    <w:p>
      <w:r>
        <w:t>Van Klaveren je također pročitao "Život Poslanika" autora Martina Lingsa, temeljen na najranijim izvorima o Muhammedu i napisan od strane konvertita u Islam. Autorov pristup, razmišljanje i stil mu se svidjeli jer su kulturno rezonirali. Po prvi put, van Klaveren je vidio Poslanika Muhammeda ne kao vođu ratnika—kako je to bila njegova prethodna mentalna slika—nego kao oca, prijatelja, učitelja i mnogo više. Uvideo je osobu i njegov karakter, i zaključio da, iako može reći mnogo toga, ne može tvrditi da to nije dobar čovjek. Poslanikov karakter uvjerio ga je da čita više i želi znati više.</w:t>
      </w:r>
    </w:p>
    <w:p/>
    <w:p>
      <w:r>
        <w:t>Dok je van Klaveren uspoređivao Poslanika Muhammeda s prorocima Starog zavjeta na razne načine, shvatio je da nema logičkih argumenata za prihvaćanje Mojsija, Salomona, Abrahama i Davida kao proroka, a da odbaci Muhammeda. Kada je razmatrao prigovor da je Muhammed imao više žena, primijetio je da su Salomon, kralj David i Abraham također imali više žena. Povijesno i kulturno, poligamija se prakticirala širom Europe, Afrike, Azije i drugdje iz raznih razloga, tako da to nije moglo biti valjana razlika. Jedan po jedan, svi njegovi razlozi za odbacivanje Muhammedovog poslanstva su nestali.</w:t>
      </w:r>
    </w:p>
    <w:p/>
    <w:p>
      <w:r>
        <w:rPr>
          <w:b/>
          <w:color w:val="0F766E"/>
          <w:sz w:val="26"/>
        </w:rPr>
        <w:t>Prekretnica: Priča o Hind</w:t>
      </w:r>
    </w:p>
    <w:p/>
    <w:p>
      <w:r>
        <w:t>Jedna posebna priča postala je odlučujući trenutak u van Klaverenovoj unutarnjoj borbi. Priča se odnosila na Hind, ženu Abu Sufjana, jednog od neprijatelja Poslanika. Hind je dala novac da se ubije Hamza—Hamza je bio omiljeni ujak Poslanika. Na bojnom polju, Hamza je zaista ubijen, a njegovo tijelo je oskvrnjeno; ljudi su paradirali s njegovim odrezanim ušima, odrezali su mu nos i počinili druge strašne djela. Poslanik je bio duboko tužan. Godinama kasnije, kada je Poslanik stekao vlast u Meki, van Klaveren je očekivao da će pročitati da je Hind razapeta, odrubljena joj je glava ili na neki drugi način strogo kažnjena. Umjesto toga, Poslanik je rekao da je ne može pogledati u tom trenutku, ali da su svi oprošteni. Rekao joj je da ako želi ostati i živjeti među muslimanima, može to učiniti; ako ne, može otići. No, prolijevanje krvi je bilo gotovo. Van Klaveren je bio zapanjen ovim činom oprosta. Ako je netko mogao oprostiti osobi koja je organizirala ubistvo voljenog rođaka—osobi koja je tada paradirala s dijelovima tijela tog rođaka kako bi ga ponizila i sve što je on predstavljao—to je pokazalo izvanredan karakter. To je bilo nešto što van Klaveren nikada prije nije svjedočio. U tom trenutku, pomislio je da je to zaista posebna osoba, a u kombinaciji s argumentima za njegovo poslanstvo koje je već razmatrao i karakterom koji je svjedočio, vjerovao je da je Poslanik Muhammed zaista prorok.</w:t>
      </w:r>
    </w:p>
    <w:p/>
    <w:p>
      <w:r>
        <w:rPr>
          <w:b/>
          <w:color w:val="0F766E"/>
          <w:sz w:val="26"/>
        </w:rPr>
        <w:t>Kriza prihvaćanja</w:t>
      </w:r>
    </w:p>
    <w:p/>
    <w:p>
      <w:r>
        <w:t>No, odmah su se van Klaverenove misli okrenule alarmantno: već je prihvatio jedinstvo Boga, a sada je govorio da je Muhammed prorok. Reći "Nema boga osim Allaha, a Muhammed je Njegov poslanik" u suštini je značilo recitirati šehadet. To ga je preplašilo. Pomislio je da ovo ide u pogrešnom smjeru, pa je odlučio zatvoriti knjige i prekinuti istraživanje. U tom trenutku više nije bio antiislamska osoba kakva je bio; ono što je pročitao, vidio i doživio ga je promijenilo.</w:t>
      </w:r>
    </w:p>
    <w:p/>
    <w:p>
      <w:r>
        <w:t>Ono što se dogodilo sljedeće, van Klaveren priznaje, zvuči kao bajka, ali on inzistira da se to zaista dogodilo. Dok je sjedio s tim knjigama na stolu, obuzet spoznajom da se približava šehadetu, odlučio je staviti sve knjige na najvišu policu. Međutim, bilo je toliko knjiga da su mnoge pale. Jedna od knjiga koja je pala bila je Kur'an. Kada ju je podigao, njegova ruka je završila na stranici koja sadrži Suru 22, stih 46. Stih je glasio: "Nisu oči te koje su slijepes, nego srca." Van Klaveren je odmah razumio poruku kao osobnu. Njegov problem nije bio u tome što su mu oči bile slijepes—mogao je vidjeti sve što je sam napisao. Nitko ga nije prisilio da piše antiislamsku knjigu; učinio je to svojom voljom i sve je to vidio vlastitim očima. Ipak, još uvijek nije mogao prihvatiti stvarnost onoga što je otkrio. Nisu njegove oči bile slijepes; bilo je to njegovo srce. Njegov nafs, njegov ego, nije mogao prihvatiti ono što su razum i dokazi pokazali da je istina.</w:t>
      </w:r>
    </w:p>
    <w:p/>
    <w:p>
      <w:r>
        <w:rPr>
          <w:b/>
          <w:color w:val="0F766E"/>
          <w:sz w:val="26"/>
        </w:rPr>
        <w:t>Božanski znak</w:t>
      </w:r>
    </w:p>
    <w:p/>
    <w:p>
      <w:r>
        <w:t>U tom trenutku, van Klaveren se obratio Bogu—bilo to Bogu Biblije ili Kur'ana, nije precizirao—i zatražio znak. Rekao je Bogu: "Daj mi znak da budem 100% siguran da je ovo put." Onda je otišao na spavanje. Kada se probudio, osjećao se potpuno sigurno u sebi—sigurnije nego ikada u svom životu. Sumnja je nestala, a on je pronašao svoj odgovor.</w:t>
      </w:r>
    </w:p>
    <w:p/>
    <w:p>
      <w:r>
        <w:rPr>
          <w:b/>
          <w:color w:val="0F766E"/>
          <w:sz w:val="26"/>
        </w:rPr>
        <w:t>Trenutak Otkrovenja</w:t>
      </w:r>
    </w:p>
    <w:p/>
    <w:p>
      <w:r>
        <w:t>Cjela tjeskoba i sumnja su se rastopili poput snijega pred suncem. Pomislio sam, "Pa, mislim da sam musliman." Naravno, nakon toga sam morao obavijestiti druge ljude o ovoj odluci.</w:t>
      </w:r>
    </w:p>
    <w:p/>
    <w:p>
      <w:r>
        <w:rPr>
          <w:b/>
          <w:color w:val="0F766E"/>
          <w:sz w:val="26"/>
        </w:rPr>
        <w:t>Reakcije Obitelji i Zajednice</w:t>
      </w:r>
    </w:p>
    <w:p/>
    <w:p>
      <w:r>
        <w:t>Reakcije većine ljudi bile su vrlo negativne. Za mnoge rođake—ujake i tetke—bilo je to šok, posebno kada su to čuli na vijestima. Rekao sam svojoj majci, a ona je počela plakati. Moja supruga, međutim, bila je vrlo otvorena o tome. Rekla je: "Islam je ono u što stvarno vjeruješ. To je u tvom srcu. Tko sam ja da sudim?" Ali ljudi s mog starog posla bili su stvarno agresivni. Primio sam više od dvije tisuće prijetnji smrću od ljudi koji su me nekada podržavali i glasali za mene. Ljudi su govorili najstrašnije stvari—"silovat ćemo tvoju ženu, ubiti te, znamo gdje ti djeca idu u školu"—takve stvari. Naravno, većina toga je besmislica jer ima ludih ljudi koji pišu stvari na svojim računalima.</w:t>
      </w:r>
    </w:p>
    <w:p/>
    <w:p>
      <w:r>
        <w:t>Bilo je to hektično vrijeme. Morao sam obavijestiti svog poslodavca, kršćansku organizaciju. Vođa je rekao da ne može vjerovati. Spomenuo je da je primijetio promjenu u načinu na koji govorim o određenim temama na radiju—postao sam blaži i manje oštar. Kada sam potvrdio da sam postao musliman, rekao je da nije mogao spavati dva dana. Nije mogao to prihvatiti. Bilo mu je to vrlo čudno.</w:t>
      </w:r>
    </w:p>
    <w:p/>
    <w:p>
      <w:r>
        <w:t>Najteži dio bio je reći svom djedu, koji je umirao i imao devedeset tri ili devedeset četiri godine, ležeći na svom smrtničkom krevetu kod kuće. Moja majka mi je rekla da mu moram reći, pa sam je zamolio da dođe sa mnom kao podrška. Rekao sam, "Djede, postao sam musliman." Zatvorio je oči, a ja sam pomislio da je prestao disati zbog svoje dobi. Stvarno je na trenutak prestao disati, a onda je ponovno počeo. Pogledao me je i rekao, "Pa, barem si postao katolik." Bilo je to vrlo smiješno.</w:t>
      </w:r>
    </w:p>
    <w:p/>
    <w:p>
      <w:r>
        <w:t>Moj stari šef s radija pitao je kako može znati da neću jednog dana postati hindu ili nešto drugo. Rekao sam mu, "Nikada prije nisam izabrao religiju. Rođen sam u kršćanskoj obitelji i odgajan na kršćanski način. Zahvalan sam za sve dobre stvari koje su proizašle iz toga, ali to nije bila moja odluka. Jedini put kada sam donio odluku bio je kada sam postao musliman, i to je bila najvažnija i najracionalnija odluka koju sam ikada donio. Nikada nisam trebao godine da odlučim o nečemu—samo o postajanju muslimanom."</w:t>
      </w:r>
    </w:p>
    <w:p/>
    <w:p>
      <w:r>
        <w:rPr>
          <w:b/>
          <w:color w:val="0F766E"/>
          <w:sz w:val="26"/>
        </w:rPr>
        <w:t>Prva Iskustva s Islamskom Praksom</w:t>
      </w:r>
    </w:p>
    <w:p/>
    <w:p>
      <w:r>
        <w:t>Kada sam napravio svoj prvi Salah, to je bio predivan trenutak, ali vrlo čudan. Kao kršćanin, niste navikli moliti se na taj način. Molite se s rukama zajedno, možda na koljenima ispred svog kreveta. Ali mislim da je vrlo lijepo što se stvarno prostirete i klanjate na najdublji način svom Gospodaru. To je vrlo ponizna i lijepa stvar. Učinilo me je vrlo sretnim.</w:t>
      </w:r>
    </w:p>
    <w:p/>
    <w:p>
      <w:r>
        <w:rPr>
          <w:b/>
          <w:color w:val="0F766E"/>
          <w:sz w:val="26"/>
        </w:rPr>
        <w:t>Glavni izazovi u preobraćenju</w:t>
      </w:r>
    </w:p>
    <w:p/>
    <w:p>
      <w:r>
        <w:t>Postati musliman bio je veliki izazov jer sam morao reći svijetu i svojoj obitelji. Također sam se brinuo da će biti vrlo teško jer, posebno kao protestantski kršćanin, nije bilo mnogo vjerskih obaveza kao što ih ima u islamu. Kao musliman, obavezno je moliti pet puta dnevno, jesti na određeni način i razmišljati na određeni način. Morate biti najbolji u svakom trenutku zbog svoje veze s vašim Stvoriteljem. Pet dnevnih molitvi služe kao stalni podsjetnik na Stvoritelja, čineći vas mnogo svjesnijima da imate Gospodara na način koji nisam doživio kao kršćanin.</w:t>
      </w:r>
    </w:p>
    <w:p/>
    <w:p>
      <w:r>
        <w:t>Mislio sam, "Wow, pet puta dnevno moliti—ne mogu to. Ne mogu to." To je mentalno bilo teško. No nakon što sam postao musliman, nije bilo teško uopće.</w:t>
      </w:r>
    </w:p>
    <w:p/>
    <w:p>
      <w:r>
        <w:rPr>
          <w:b/>
          <w:color w:val="0F766E"/>
          <w:sz w:val="26"/>
        </w:rPr>
        <w:t>Odgajanje djece u islamu</w:t>
      </w:r>
    </w:p>
    <w:p/>
    <w:p>
      <w:r>
        <w:t>Pokušavam odgajati svoju djecu kao muslimane, iako nisam siguran kada se može zaista reći da se djeca odgajaju kao muslimani. To je vrlo težak posao, posebno ovih dana. Kada sam se oženio, nisam bio musliman i obećao sam na način da će moja djeca biti odgajana kao kršćani. Nakon što sam postao musliman, više ih ne odgajam kao kršćane. Ako djeca imaju pitanja o kršćanstvu, pitaju moju ženu i dobiju kršćanske odgovore. Ako pitaju mene, dobiju islamske odgovore. Većinom pitaju svog oca. Moja žena kuha halal za sve. Kaže: "Neću kuhati pet obroka, svi jedu isto. Ako želite halal, svi jedu halal." Na neki način, to je kao organski proces.</w:t>
      </w:r>
    </w:p>
    <w:p/>
    <w:p>
      <w:r>
        <w:rPr>
          <w:b/>
          <w:color w:val="0F766E"/>
          <w:sz w:val="26"/>
        </w:rPr>
        <w:t>Žaljenja zbog prošlih izjava</w:t>
      </w:r>
    </w:p>
    <w:p/>
    <w:p>
      <w:r>
        <w:t>Najteža i najžaljenija izjava koju sam koristio za islam bila je reći "Islam je laž." To je nešto što sam nekada govorio. "Islam je laž. Islam je otrov." Kada sam rekao da je islam laž, mislio sam na cijelu religiju i sve što dolazi s njom—najviši nivo jahiliye na neki način. To je nešto što žalim jer je to bila poput kišobrana, a sve ostalo je padalo pod ovaj koncept da je islam laž. Naravno, krivim sebe za to.</w:t>
      </w:r>
    </w:p>
    <w:p/>
    <w:p>
      <w:r>
        <w:t>Znam da mnogi ljudi koji ne prakticiraju islam još uvijek govore ovakve stvari. U političkom, društvenom i kulturnom smislu, sve što je rečeno i učinjeno još uvijek je tu. Ponekad čak čujem argumente od ljudi iz moje stare stranke koje sam sam izmislio. To me smeta. To je jedan od razloga zašto smo osnovali organizaciju pod nazivom Islamski centar iskustava. Idemo u osnovne škole, srednje škole, fakultete, sveučilišta, vladine odjele, socijalne organizacije i crkve kako bismo uklonili zablude o islamu, podijelili poruku i prikazali islam u pravom svjetlu. To radimo koristeći virtualnu stvarnost s naočalama, čineći to vrlo zanimljivim iskustvom. Na ovaj način pokušavamo izbrisati stvari koje sam rekao i učinio u prošlosti.</w:t>
      </w:r>
    </w:p>
    <w:p/>
    <w:p>
      <w:r>
        <w:rPr>
          <w:b/>
          <w:color w:val="0F766E"/>
          <w:sz w:val="26"/>
        </w:rPr>
        <w:t>Kako istraživati islam</w:t>
      </w:r>
    </w:p>
    <w:p/>
    <w:p>
      <w:r>
        <w:t>Kada me pitaju kako bi ljudi trebali istraživati islam, sigurno ne bih savjetovao Google— to je posljednja stvar koju bih savjetovao. Rekao bih da isključite računalo. Mislim da je vrlo važno da ljudi čitaju prave knjige s stranicama. Preporučio bih "Muhammed: Njegov život temeljen na najranijim izvorima" autora Martina Lingsa, što je zelena knjiga koju sam spomenuo ranije. Mislim da je vrlo važno da ljudi ne uranjaju izravno u Kur'an jer je to vrlo složena knjiga. Ako nemate nekoga tko vam može podučiti što čitate, posebno ako ne znate ništa o islamu i niste tečni u klasičnoj arapskom, čitat ćete interpretaciju ili prijevod Kur'ana— i većinom to nije prava stvar.</w:t>
      </w:r>
    </w:p>
    <w:p/>
    <w:p>
      <w:r>
        <w:t>Savjetovao bih ljude da proučavaju Siru—karakter i život Poslanika—jer nas to uči tradicija. Njegov život bio je Kur'an. Na neki način, bio je živi Kur'an. Samo proučavajte njegovu sunnu. Mislim da je to najbolji način za otkrivanje Islama.</w:t>
      </w:r>
    </w:p>
    <w:p/>
    <w:p>
      <w:r>
        <w:rPr>
          <w:b/>
          <w:color w:val="0F766E"/>
          <w:sz w:val="26"/>
        </w:rPr>
        <w:t>Konačne refleksije</w:t>
      </w:r>
    </w:p>
    <w:p/>
    <w:p>
      <w:r>
        <w:t>Postao sam mnogo sretniji nakon što sam postao Musliman. Želio bih pozvati sve da postanu Muslimani jer to donosi mir vašoj duši i mir vašem srcu. To je istina. Odjekuje u srcu i duši. Bar to pogledajte iz islamske perspektive. Pokušajte pročitati i proučiti život Poslanika. Pokušajte razumjeti u što Muslimani vjeruju—ne toliko ponašanje Muslimana, jer ima mnogo Muslimana koji ne žive kao Muslimani, uključujući i mene. Ne živim uvijek kao Musliman. Svi mi griješimo. Ali trebali biste gledati na primjer svih primjera, a to je Poslanik. Ako proučite njegov život, možda ćete pronaći vodstvo koje vas vodi do istine.</w:t>
      </w:r>
    </w:p>
    <w:p/>
    <w:p>
      <w:r>
        <w:rPr>
          <w:b/>
        </w:rPr>
        <w:t>Reference i teme</w:t>
      </w:r>
    </w:p>
    <w:p>
      <w:r>
        <w:t>Qur'an: Qur'an 22:46</w:t>
      </w:r>
    </w:p>
    <w:p>
      <w:r>
        <w:t>Teme: #Prelazak na islam, #Antimuslimansko aktivizam i ideološki preokret, #Islamska teologija i kršćansko-muslimansko komparativno religijsko proučavanje, #Tawhid (islamski monoteizam) naspram kršćanske Trojice, #Karakter i primjer Poslanika Muhammeda ﷺ, #Obiteljske i društvene reakcije na religijski prelazak, #Islamska praksa i svakodnevno bogoslužje (salah)</w:t>
      </w:r>
    </w:p>
    <w:p/>
    <w:p>
      <w:r>
        <w:rPr>
          <w:i/>
          <w:color w:val="94A3B8"/>
          <w:sz w:val="16"/>
        </w:rPr>
        <w:t>Generated by MinbarLive — Knowledge Library · https://minbarlive.com/videos/hr/dok-je-pisao-knjigu-protiv-islama-postao-je-musliman-prica-o-joramu-van-klaveren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